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F25211" w14:textId="77777777" w:rsidR="003A564A" w:rsidRPr="00C72D12" w:rsidRDefault="00000000">
      <w:pPr>
        <w:pStyle w:val="Heading1"/>
        <w:rPr>
          <w:rFonts w:ascii="Helvetica Neue Light" w:hAnsi="Helvetica Neue Light"/>
          <w:b w:val="0"/>
          <w:bCs w:val="0"/>
          <w:color w:val="auto"/>
        </w:rPr>
      </w:pPr>
      <w:r w:rsidRPr="00C72D12">
        <w:rPr>
          <w:rFonts w:ascii="Helvetica Neue Light" w:hAnsi="Helvetica Neue Light"/>
          <w:b w:val="0"/>
          <w:bCs w:val="0"/>
          <w:color w:val="auto"/>
        </w:rPr>
        <w:t>Arborfield and Barkham Land Review</w:t>
      </w:r>
    </w:p>
    <w:p w14:paraId="3C430408" w14:textId="77777777" w:rsidR="003A564A" w:rsidRDefault="00000000">
      <w:pPr>
        <w:rPr>
          <w:rFonts w:ascii="Helvetica Neue Light" w:hAnsi="Helvetica Neue Light"/>
        </w:rPr>
      </w:pPr>
      <w:r w:rsidRPr="00C72D12">
        <w:rPr>
          <w:rFonts w:ascii="Helvetica Neue Light" w:hAnsi="Helvetica Neue Light"/>
        </w:rPr>
        <w:t>Paper / email submission form</w:t>
      </w:r>
      <w:r w:rsidRPr="00C72D12">
        <w:rPr>
          <w:rFonts w:ascii="Helvetica Neue Light" w:hAnsi="Helvetica Neue Light"/>
        </w:rPr>
        <w:br/>
      </w:r>
      <w:r w:rsidRPr="00C72D12">
        <w:rPr>
          <w:rFonts w:ascii="Helvetica Neue Light" w:hAnsi="Helvetica Neue Light"/>
        </w:rPr>
        <w:br/>
        <w:t>Note: This form mirrors the online Survey123 form. Interactive features such as drawing site boundaries on a map, uploading files directly, conditional questions and automatic validation are not available in this version. Where the online form requests uploads, please attach the relevant documents to your email or postal submission.</w:t>
      </w:r>
    </w:p>
    <w:p w14:paraId="7748F3DE" w14:textId="77777777" w:rsidR="003F4CE0" w:rsidRDefault="003F4CE0">
      <w:pPr>
        <w:rPr>
          <w:rFonts w:ascii="Helvetica Neue Light" w:hAnsi="Helvetica Neue Light"/>
        </w:rPr>
      </w:pPr>
    </w:p>
    <w:p w14:paraId="4E87E579" w14:textId="7D5007DB" w:rsidR="003F4CE0" w:rsidRPr="003F4CE0" w:rsidRDefault="003F4CE0" w:rsidP="003F4CE0">
      <w:pPr>
        <w:rPr>
          <w:rFonts w:ascii="Helvetica Neue Light" w:hAnsi="Helvetica Neue Light"/>
          <w:lang w:val="en-GB"/>
        </w:rPr>
      </w:pPr>
      <w:r w:rsidRPr="003F4CE0">
        <w:rPr>
          <w:rFonts w:ascii="Helvetica Neue Light" w:hAnsi="Helvetica Neue Light"/>
          <w:lang w:val="en-GB"/>
        </w:rPr>
        <w:t>Thank you for your interest in submitting land for consideration in the revised Arborfield and Barkham Neighbourhood Plan. We are seeking information about land that may be suitable for development. This includes land submitted by landowners, developers, and agents.</w:t>
      </w:r>
    </w:p>
    <w:p w14:paraId="4E7B2514" w14:textId="77777777" w:rsidR="003F4CE0" w:rsidRPr="003F4CE0" w:rsidRDefault="003F4CE0" w:rsidP="003F4CE0">
      <w:pPr>
        <w:rPr>
          <w:rFonts w:ascii="Helvetica Neue Light" w:hAnsi="Helvetica Neue Light"/>
          <w:lang w:val="en-GB"/>
        </w:rPr>
      </w:pPr>
      <w:r w:rsidRPr="003F4CE0">
        <w:rPr>
          <w:rFonts w:ascii="Helvetica Neue Light" w:hAnsi="Helvetica Neue Light"/>
          <w:lang w:val="en-GB"/>
        </w:rPr>
        <w:t>Please provide as much information as you can. If some details are not yet available, that is acceptable — an indication of current thinking or a willingness to explore the matters raised would still be helpful. You may submit one or more sites.</w:t>
      </w:r>
    </w:p>
    <w:p w14:paraId="622154DF" w14:textId="77777777" w:rsidR="003F4CE0" w:rsidRPr="00C72D12" w:rsidRDefault="003F4CE0">
      <w:pPr>
        <w:rPr>
          <w:rFonts w:ascii="Helvetica Neue Light" w:hAnsi="Helvetica Neue Light"/>
        </w:rPr>
      </w:pPr>
    </w:p>
    <w:p w14:paraId="71FE8709" w14:textId="77777777" w:rsidR="003A564A" w:rsidRPr="00C72D12" w:rsidRDefault="00000000">
      <w:pPr>
        <w:pStyle w:val="Heading2"/>
        <w:rPr>
          <w:rFonts w:ascii="Helvetica Neue Light" w:hAnsi="Helvetica Neue Light"/>
          <w:b w:val="0"/>
          <w:bCs w:val="0"/>
          <w:color w:val="auto"/>
        </w:rPr>
      </w:pPr>
      <w:r w:rsidRPr="00C72D12">
        <w:rPr>
          <w:rFonts w:ascii="Helvetica Neue Light" w:hAnsi="Helvetica Neue Light"/>
          <w:b w:val="0"/>
          <w:bCs w:val="0"/>
          <w:color w:val="auto"/>
        </w:rPr>
        <w:t>Section 1 – Contact details</w:t>
      </w:r>
    </w:p>
    <w:p w14:paraId="4C8F6632" w14:textId="77777777" w:rsidR="003A564A" w:rsidRPr="00C72D12" w:rsidRDefault="00000000">
      <w:pPr>
        <w:rPr>
          <w:rFonts w:ascii="Helvetica Neue Light" w:hAnsi="Helvetica Neue Light"/>
        </w:rPr>
      </w:pPr>
      <w:r w:rsidRPr="00C72D12">
        <w:rPr>
          <w:rFonts w:ascii="Helvetica Neue Light" w:hAnsi="Helvetica Neue Light"/>
        </w:rPr>
        <w:t>Name *</w:t>
      </w:r>
    </w:p>
    <w:p w14:paraId="345064A8" w14:textId="5DA29EA3"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0B32485E" w14:textId="77777777" w:rsidR="003A564A" w:rsidRPr="00C72D12" w:rsidRDefault="00000000">
      <w:pPr>
        <w:rPr>
          <w:rFonts w:ascii="Helvetica Neue Light" w:hAnsi="Helvetica Neue Light"/>
        </w:rPr>
      </w:pPr>
      <w:r w:rsidRPr="00C72D12">
        <w:rPr>
          <w:rFonts w:ascii="Helvetica Neue Light" w:hAnsi="Helvetica Neue Light"/>
        </w:rPr>
        <w:t>Organisation</w:t>
      </w:r>
    </w:p>
    <w:p w14:paraId="230EEEA1" w14:textId="77A28ACB"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0EE55DF9" w14:textId="77777777" w:rsidR="003A564A" w:rsidRPr="00C72D12" w:rsidRDefault="00000000">
      <w:pPr>
        <w:rPr>
          <w:rFonts w:ascii="Helvetica Neue Light" w:hAnsi="Helvetica Neue Light"/>
        </w:rPr>
      </w:pPr>
      <w:r w:rsidRPr="00C72D12">
        <w:rPr>
          <w:rFonts w:ascii="Helvetica Neue Light" w:hAnsi="Helvetica Neue Light"/>
        </w:rPr>
        <w:t>Your role *</w:t>
      </w:r>
    </w:p>
    <w:p w14:paraId="1052D7E0"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Landowner</w:t>
      </w:r>
    </w:p>
    <w:p w14:paraId="55306B9D"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Developer</w:t>
      </w:r>
    </w:p>
    <w:p w14:paraId="3D9D4B90"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Agent</w:t>
      </w:r>
    </w:p>
    <w:p w14:paraId="5668B1DF"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Other</w:t>
      </w:r>
    </w:p>
    <w:p w14:paraId="097C9AB2" w14:textId="77777777" w:rsidR="003A564A" w:rsidRPr="00C72D12" w:rsidRDefault="00000000">
      <w:pPr>
        <w:rPr>
          <w:rFonts w:ascii="Helvetica Neue Light" w:hAnsi="Helvetica Neue Light"/>
        </w:rPr>
      </w:pPr>
      <w:r w:rsidRPr="00C72D12">
        <w:rPr>
          <w:rFonts w:ascii="Helvetica Neue Light" w:hAnsi="Helvetica Neue Light"/>
        </w:rPr>
        <w:t>If other, please specify</w:t>
      </w:r>
    </w:p>
    <w:p w14:paraId="0C475A9C" w14:textId="4F373D88"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286BD223" w14:textId="77777777" w:rsidR="003A564A" w:rsidRPr="00C72D12" w:rsidRDefault="00000000">
      <w:pPr>
        <w:rPr>
          <w:rFonts w:ascii="Helvetica Neue Light" w:hAnsi="Helvetica Neue Light"/>
        </w:rPr>
      </w:pPr>
      <w:r w:rsidRPr="00C72D12">
        <w:rPr>
          <w:rFonts w:ascii="Helvetica Neue Light" w:hAnsi="Helvetica Neue Light"/>
        </w:rPr>
        <w:t>Email address *</w:t>
      </w:r>
    </w:p>
    <w:p w14:paraId="4B695CC9" w14:textId="64917CB1"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24195D38" w14:textId="77777777" w:rsidR="003A564A" w:rsidRPr="00C72D12" w:rsidRDefault="00000000">
      <w:pPr>
        <w:rPr>
          <w:rFonts w:ascii="Helvetica Neue Light" w:hAnsi="Helvetica Neue Light"/>
        </w:rPr>
      </w:pPr>
      <w:r w:rsidRPr="00C72D12">
        <w:rPr>
          <w:rFonts w:ascii="Helvetica Neue Light" w:hAnsi="Helvetica Neue Light"/>
        </w:rPr>
        <w:t>Phone number *</w:t>
      </w:r>
    </w:p>
    <w:p w14:paraId="7C19EAC8" w14:textId="364C1163" w:rsidR="003A564A" w:rsidRPr="00C72D12" w:rsidRDefault="00000000">
      <w:pPr>
        <w:rPr>
          <w:rFonts w:ascii="Helvetica Neue Light" w:hAnsi="Helvetica Neue Light"/>
        </w:rPr>
      </w:pPr>
      <w:r w:rsidRPr="00C72D12">
        <w:rPr>
          <w:rFonts w:ascii="Helvetica Neue Light" w:hAnsi="Helvetica Neue Light"/>
        </w:rPr>
        <w:lastRenderedPageBreak/>
        <w:t>______________________________________________________________________________</w:t>
      </w:r>
    </w:p>
    <w:p w14:paraId="0950F8C4" w14:textId="77777777" w:rsidR="003A564A" w:rsidRPr="00C72D12" w:rsidRDefault="00000000">
      <w:pPr>
        <w:pStyle w:val="Heading2"/>
        <w:rPr>
          <w:rFonts w:ascii="Helvetica Neue Light" w:hAnsi="Helvetica Neue Light"/>
          <w:b w:val="0"/>
          <w:bCs w:val="0"/>
          <w:color w:val="auto"/>
        </w:rPr>
      </w:pPr>
      <w:r w:rsidRPr="00C72D12">
        <w:rPr>
          <w:rFonts w:ascii="Helvetica Neue Light" w:hAnsi="Helvetica Neue Light"/>
          <w:b w:val="0"/>
          <w:bCs w:val="0"/>
          <w:color w:val="auto"/>
        </w:rPr>
        <w:t>Section 2 – Site details</w:t>
      </w:r>
    </w:p>
    <w:p w14:paraId="02641F4B" w14:textId="77777777" w:rsidR="003A564A" w:rsidRPr="00C72D12" w:rsidRDefault="00000000">
      <w:pPr>
        <w:rPr>
          <w:rFonts w:ascii="Helvetica Neue Light" w:hAnsi="Helvetica Neue Light"/>
        </w:rPr>
      </w:pPr>
      <w:r w:rsidRPr="00C72D12">
        <w:rPr>
          <w:rFonts w:ascii="Helvetica Neue Light" w:hAnsi="Helvetica Neue Light"/>
        </w:rPr>
        <w:t>Is this submission for one site or multiple sites? *</w:t>
      </w:r>
    </w:p>
    <w:p w14:paraId="56113A8A"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One site</w:t>
      </w:r>
    </w:p>
    <w:p w14:paraId="6DFFA61C"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Multiple sites</w:t>
      </w:r>
    </w:p>
    <w:p w14:paraId="0394792F" w14:textId="77777777" w:rsidR="003A564A" w:rsidRPr="00C72D12" w:rsidRDefault="00000000">
      <w:pPr>
        <w:rPr>
          <w:rFonts w:ascii="Helvetica Neue Light" w:hAnsi="Helvetica Neue Light"/>
        </w:rPr>
      </w:pPr>
      <w:r w:rsidRPr="00C72D12">
        <w:rPr>
          <w:rFonts w:ascii="Helvetica Neue Light" w:hAnsi="Helvetica Neue Light"/>
        </w:rPr>
        <w:t>Site location/address</w:t>
      </w:r>
    </w:p>
    <w:p w14:paraId="71F9C109" w14:textId="19E41DAB"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156F629E" w14:textId="77777777" w:rsidR="003A564A" w:rsidRPr="00C72D12" w:rsidRDefault="00000000">
      <w:pPr>
        <w:rPr>
          <w:rFonts w:ascii="Helvetica Neue Light" w:hAnsi="Helvetica Neue Light"/>
        </w:rPr>
      </w:pPr>
      <w:r w:rsidRPr="00C72D12">
        <w:rPr>
          <w:rFonts w:ascii="Helvetica Neue Light" w:hAnsi="Helvetica Neue Light"/>
        </w:rPr>
        <w:t>Please attach either:</w:t>
      </w:r>
      <w:r w:rsidRPr="00C72D12">
        <w:rPr>
          <w:rFonts w:ascii="Helvetica Neue Light" w:hAnsi="Helvetica Neue Light"/>
        </w:rPr>
        <w:br/>
        <w:t>• A GIS shapefile (ZIP) showing the site boundary in red and any additional land under your control in blue;</w:t>
      </w:r>
      <w:r w:rsidRPr="00C72D12">
        <w:rPr>
          <w:rFonts w:ascii="Helvetica Neue Light" w:hAnsi="Helvetica Neue Light"/>
        </w:rPr>
        <w:br/>
        <w:t>• A PDF map to an identified scale showing the same information; or</w:t>
      </w:r>
      <w:r w:rsidRPr="00C72D12">
        <w:rPr>
          <w:rFonts w:ascii="Helvetica Neue Light" w:hAnsi="Helvetica Neue Light"/>
        </w:rPr>
        <w:br/>
        <w:t>• A marked-up paper map.</w:t>
      </w:r>
    </w:p>
    <w:p w14:paraId="6D2713E6" w14:textId="77777777" w:rsidR="003A564A" w:rsidRPr="00C72D12" w:rsidRDefault="00000000">
      <w:pPr>
        <w:rPr>
          <w:rFonts w:ascii="Helvetica Neue Light" w:hAnsi="Helvetica Neue Light"/>
        </w:rPr>
      </w:pPr>
      <w:r w:rsidRPr="00C72D12">
        <w:rPr>
          <w:rFonts w:ascii="Helvetica Neue Light" w:hAnsi="Helvetica Neue Light"/>
        </w:rPr>
        <w:t>What is the site being submitted for? *</w:t>
      </w:r>
    </w:p>
    <w:p w14:paraId="0F3349DB"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Housing</w:t>
      </w:r>
    </w:p>
    <w:p w14:paraId="3DA50E3B"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Employment</w:t>
      </w:r>
    </w:p>
    <w:p w14:paraId="001FC5B4"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Mixed use</w:t>
      </w:r>
    </w:p>
    <w:p w14:paraId="5DF03CD1"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Other</w:t>
      </w:r>
    </w:p>
    <w:p w14:paraId="645A0121" w14:textId="77777777" w:rsidR="003A564A" w:rsidRPr="00C72D12" w:rsidRDefault="00000000">
      <w:pPr>
        <w:rPr>
          <w:rFonts w:ascii="Helvetica Neue Light" w:hAnsi="Helvetica Neue Light"/>
        </w:rPr>
      </w:pPr>
      <w:r w:rsidRPr="00C72D12">
        <w:rPr>
          <w:rFonts w:ascii="Helvetica Neue Light" w:hAnsi="Helvetica Neue Light"/>
        </w:rPr>
        <w:t>If other, describe the proposed use</w:t>
      </w:r>
    </w:p>
    <w:p w14:paraId="6BEA4A18" w14:textId="406362F6"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16296545" w14:textId="77777777" w:rsidR="003A564A" w:rsidRPr="00C72D12" w:rsidRDefault="00000000">
      <w:pPr>
        <w:rPr>
          <w:rFonts w:ascii="Helvetica Neue Light" w:hAnsi="Helvetica Neue Light"/>
        </w:rPr>
      </w:pPr>
      <w:r w:rsidRPr="00C72D12">
        <w:rPr>
          <w:rFonts w:ascii="Helvetica Neue Light" w:hAnsi="Helvetica Neue Light"/>
        </w:rPr>
        <w:t>Broad nature of the proposal</w:t>
      </w:r>
    </w:p>
    <w:p w14:paraId="4D1EC6C8" w14:textId="6B0BD4C4"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30BCC1C5" w14:textId="77777777" w:rsidR="003A564A" w:rsidRPr="00C72D12" w:rsidRDefault="00000000">
      <w:pPr>
        <w:rPr>
          <w:rFonts w:ascii="Helvetica Neue Light" w:hAnsi="Helvetica Neue Light"/>
        </w:rPr>
      </w:pPr>
      <w:r w:rsidRPr="00C72D12">
        <w:rPr>
          <w:rFonts w:ascii="Helvetica Neue Light" w:hAnsi="Helvetica Neue Light"/>
        </w:rPr>
        <w:t>Are there any legal encumbrances, restrictions or obligations affecting the site? *</w:t>
      </w:r>
    </w:p>
    <w:p w14:paraId="5462779C"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Yes</w:t>
      </w:r>
    </w:p>
    <w:p w14:paraId="60937BBA"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No</w:t>
      </w:r>
    </w:p>
    <w:p w14:paraId="14FE8988"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Not sure</w:t>
      </w:r>
    </w:p>
    <w:p w14:paraId="03EEDCA9" w14:textId="77777777" w:rsidR="003A564A" w:rsidRPr="00C72D12" w:rsidRDefault="00000000">
      <w:pPr>
        <w:rPr>
          <w:rFonts w:ascii="Helvetica Neue Light" w:hAnsi="Helvetica Neue Light"/>
        </w:rPr>
      </w:pPr>
      <w:r w:rsidRPr="00C72D12">
        <w:rPr>
          <w:rFonts w:ascii="Helvetica Neue Light" w:hAnsi="Helvetica Neue Light"/>
        </w:rPr>
        <w:t>If yes, provide details</w:t>
      </w:r>
    </w:p>
    <w:p w14:paraId="7D93DFFC" w14:textId="3421044B"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2D04C746" w14:textId="77777777" w:rsidR="003A564A" w:rsidRPr="00C72D12" w:rsidRDefault="00000000">
      <w:pPr>
        <w:rPr>
          <w:rFonts w:ascii="Helvetica Neue Light" w:hAnsi="Helvetica Neue Light"/>
        </w:rPr>
      </w:pPr>
      <w:r w:rsidRPr="00C72D12">
        <w:rPr>
          <w:rFonts w:ascii="Helvetica Neue Light" w:hAnsi="Helvetica Neue Light"/>
        </w:rPr>
        <w:t>Are there any early viability considerations we should be aware of? *</w:t>
      </w:r>
    </w:p>
    <w:p w14:paraId="2B5DA485"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Yes</w:t>
      </w:r>
    </w:p>
    <w:p w14:paraId="427D3EDC"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t>☐</w:t>
      </w:r>
      <w:r w:rsidRPr="00C72D12">
        <w:rPr>
          <w:rFonts w:ascii="Helvetica Neue Light" w:hAnsi="Helvetica Neue Light"/>
        </w:rPr>
        <w:t xml:space="preserve"> No</w:t>
      </w:r>
    </w:p>
    <w:p w14:paraId="59E14EC5" w14:textId="77777777" w:rsidR="003A564A" w:rsidRPr="00C72D12" w:rsidRDefault="00000000" w:rsidP="00C72D12">
      <w:pPr>
        <w:pStyle w:val="ListBullet"/>
        <w:numPr>
          <w:ilvl w:val="0"/>
          <w:numId w:val="0"/>
        </w:numPr>
        <w:rPr>
          <w:rFonts w:ascii="Helvetica Neue Light" w:hAnsi="Helvetica Neue Light"/>
        </w:rPr>
      </w:pPr>
      <w:r w:rsidRPr="00C72D12">
        <w:rPr>
          <w:rFonts w:ascii="Segoe UI Symbol" w:hAnsi="Segoe UI Symbol" w:cs="Segoe UI Symbol"/>
        </w:rPr>
        <w:lastRenderedPageBreak/>
        <w:t>☐</w:t>
      </w:r>
      <w:r w:rsidRPr="00C72D12">
        <w:rPr>
          <w:rFonts w:ascii="Helvetica Neue Light" w:hAnsi="Helvetica Neue Light"/>
        </w:rPr>
        <w:t xml:space="preserve"> Not yet known</w:t>
      </w:r>
    </w:p>
    <w:p w14:paraId="3397B508" w14:textId="77777777" w:rsidR="003A564A" w:rsidRPr="00C72D12" w:rsidRDefault="00000000">
      <w:pPr>
        <w:rPr>
          <w:rFonts w:ascii="Helvetica Neue Light" w:hAnsi="Helvetica Neue Light"/>
        </w:rPr>
      </w:pPr>
      <w:r w:rsidRPr="00C72D12">
        <w:rPr>
          <w:rFonts w:ascii="Helvetica Neue Light" w:hAnsi="Helvetica Neue Light"/>
        </w:rPr>
        <w:t>If yes, describe them</w:t>
      </w:r>
    </w:p>
    <w:p w14:paraId="5E08C919" w14:textId="4D715B50"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1217B214" w14:textId="77777777" w:rsidR="003A564A" w:rsidRPr="00C72D12" w:rsidRDefault="00000000">
      <w:pPr>
        <w:pStyle w:val="Heading2"/>
        <w:rPr>
          <w:rFonts w:ascii="Helvetica Neue Light" w:hAnsi="Helvetica Neue Light"/>
          <w:b w:val="0"/>
          <w:bCs w:val="0"/>
          <w:color w:val="auto"/>
        </w:rPr>
      </w:pPr>
      <w:r w:rsidRPr="00C72D12">
        <w:rPr>
          <w:rFonts w:ascii="Helvetica Neue Light" w:hAnsi="Helvetica Neue Light"/>
          <w:b w:val="0"/>
          <w:bCs w:val="0"/>
          <w:color w:val="auto"/>
        </w:rPr>
        <w:t>Supporting information</w:t>
      </w:r>
    </w:p>
    <w:p w14:paraId="3217759E" w14:textId="77777777" w:rsidR="003A564A" w:rsidRPr="00C72D12" w:rsidRDefault="00000000">
      <w:pPr>
        <w:rPr>
          <w:rFonts w:ascii="Helvetica Neue Light" w:hAnsi="Helvetica Neue Light"/>
        </w:rPr>
      </w:pPr>
      <w:r w:rsidRPr="00C72D12">
        <w:rPr>
          <w:rFonts w:ascii="Helvetica Neue Light" w:hAnsi="Helvetica Neue Light"/>
        </w:rPr>
        <w:t>Please attach any technical evidence or supporting documents already prepared (if available).</w:t>
      </w:r>
    </w:p>
    <w:p w14:paraId="49080BC2" w14:textId="77777777" w:rsidR="003A564A" w:rsidRPr="00C72D12" w:rsidRDefault="00000000">
      <w:pPr>
        <w:pStyle w:val="Heading2"/>
        <w:rPr>
          <w:rFonts w:ascii="Helvetica Neue Light" w:hAnsi="Helvetica Neue Light"/>
          <w:b w:val="0"/>
          <w:bCs w:val="0"/>
          <w:color w:val="auto"/>
        </w:rPr>
      </w:pPr>
      <w:r w:rsidRPr="00C72D12">
        <w:rPr>
          <w:rFonts w:ascii="Helvetica Neue Light" w:hAnsi="Helvetica Neue Light"/>
          <w:b w:val="0"/>
          <w:bCs w:val="0"/>
          <w:color w:val="auto"/>
        </w:rPr>
        <w:t>Additional information</w:t>
      </w:r>
    </w:p>
    <w:p w14:paraId="54B7F7C1" w14:textId="77777777" w:rsidR="003A564A" w:rsidRPr="00C72D12" w:rsidRDefault="00000000">
      <w:pPr>
        <w:rPr>
          <w:rFonts w:ascii="Helvetica Neue Light" w:hAnsi="Helvetica Neue Light"/>
        </w:rPr>
      </w:pPr>
      <w:r w:rsidRPr="00C72D12">
        <w:rPr>
          <w:rFonts w:ascii="Helvetica Neue Light" w:hAnsi="Helvetica Neue Light"/>
        </w:rPr>
        <w:t xml:space="preserve">The revised neighbourhood plan is being informed by community consultation, engagement with infrastructure providers and environmental assessment. No single site is expected to deliver </w:t>
      </w:r>
      <w:proofErr w:type="gramStart"/>
      <w:r w:rsidRPr="00C72D12">
        <w:rPr>
          <w:rFonts w:ascii="Helvetica Neue Light" w:hAnsi="Helvetica Neue Light"/>
        </w:rPr>
        <w:t>all of</w:t>
      </w:r>
      <w:proofErr w:type="gramEnd"/>
      <w:r w:rsidRPr="00C72D12">
        <w:rPr>
          <w:rFonts w:ascii="Helvetica Neue Light" w:hAnsi="Helvetica Neue Light"/>
        </w:rPr>
        <w:t xml:space="preserve"> the aspirations below. If information is not yet available, an indication of willingness to explore these matters is welcome.</w:t>
      </w:r>
    </w:p>
    <w:p w14:paraId="30A87EA1" w14:textId="77777777" w:rsidR="003A564A" w:rsidRPr="00C72D12" w:rsidRDefault="00000000">
      <w:pPr>
        <w:rPr>
          <w:rFonts w:ascii="Helvetica Neue Light" w:hAnsi="Helvetica Neue Light"/>
        </w:rPr>
      </w:pPr>
      <w:r w:rsidRPr="00C72D12">
        <w:rPr>
          <w:rFonts w:ascii="Helvetica Neue Light" w:hAnsi="Helvetica Neue Light"/>
        </w:rPr>
        <w:t>Settlement identity and green infrastructure</w:t>
      </w:r>
      <w:r w:rsidRPr="00C72D12">
        <w:rPr>
          <w:rFonts w:ascii="Helvetica Neue Light" w:hAnsi="Helvetica Neue Light"/>
        </w:rPr>
        <w:br/>
        <w:t>How could the site help keep settlements distinct through settlement buffers, green rings or other green infrastructure?</w:t>
      </w:r>
    </w:p>
    <w:p w14:paraId="4B0EC652" w14:textId="08BDC2D9"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10DB1DD8" w14:textId="77777777" w:rsidR="003A564A" w:rsidRPr="00C72D12" w:rsidRDefault="00000000">
      <w:pPr>
        <w:rPr>
          <w:rFonts w:ascii="Helvetica Neue Light" w:hAnsi="Helvetica Neue Light"/>
        </w:rPr>
      </w:pPr>
      <w:r w:rsidRPr="00C72D12">
        <w:rPr>
          <w:rFonts w:ascii="Helvetica Neue Light" w:hAnsi="Helvetica Neue Light"/>
        </w:rPr>
        <w:t>Transport measures</w:t>
      </w:r>
      <w:r w:rsidRPr="00C72D12">
        <w:rPr>
          <w:rFonts w:ascii="Helvetica Neue Light" w:hAnsi="Helvetica Neue Light"/>
        </w:rPr>
        <w:br/>
        <w:t>Could the site contribute to active travel links, traffic management or a community-led car club?</w:t>
      </w:r>
    </w:p>
    <w:p w14:paraId="4114AA15" w14:textId="65AB3FBF"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50CDAD76" w14:textId="77777777" w:rsidR="003A564A" w:rsidRPr="00C72D12" w:rsidRDefault="00000000">
      <w:pPr>
        <w:rPr>
          <w:rFonts w:ascii="Helvetica Neue Light" w:hAnsi="Helvetica Neue Light"/>
        </w:rPr>
      </w:pPr>
      <w:r w:rsidRPr="00C72D12">
        <w:rPr>
          <w:rFonts w:ascii="Helvetica Neue Light" w:hAnsi="Helvetica Neue Light"/>
        </w:rPr>
        <w:t>Community infrastructure</w:t>
      </w:r>
      <w:r w:rsidRPr="00C72D12">
        <w:rPr>
          <w:rFonts w:ascii="Helvetica Neue Light" w:hAnsi="Helvetica Neue Light"/>
        </w:rPr>
        <w:br/>
        <w:t>Could the site provide health or community space? If known, when could it be delivered?</w:t>
      </w:r>
    </w:p>
    <w:p w14:paraId="7D846CCB" w14:textId="66108C57" w:rsidR="003A564A" w:rsidRPr="00C72D12"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5C4E9B49" w14:textId="77777777" w:rsidR="003A564A" w:rsidRPr="00C72D12" w:rsidRDefault="00000000">
      <w:pPr>
        <w:rPr>
          <w:rFonts w:ascii="Helvetica Neue Light" w:hAnsi="Helvetica Neue Light"/>
        </w:rPr>
      </w:pPr>
      <w:r w:rsidRPr="00C72D12">
        <w:rPr>
          <w:rFonts w:ascii="Helvetica Neue Light" w:hAnsi="Helvetica Neue Light"/>
        </w:rPr>
        <w:t>Other</w:t>
      </w:r>
      <w:r w:rsidRPr="00C72D12">
        <w:rPr>
          <w:rFonts w:ascii="Helvetica Neue Light" w:hAnsi="Helvetica Neue Light"/>
        </w:rPr>
        <w:br/>
        <w:t>Please describe any other measures the site could support to help meet local priorities.</w:t>
      </w:r>
    </w:p>
    <w:p w14:paraId="4EA81CCE" w14:textId="1BF2AEAC" w:rsidR="003A564A" w:rsidRDefault="00000000">
      <w:pPr>
        <w:rPr>
          <w:rFonts w:ascii="Helvetica Neue Light" w:hAnsi="Helvetica Neue Light"/>
        </w:rPr>
      </w:pPr>
      <w:r w:rsidRPr="00C72D12">
        <w:rPr>
          <w:rFonts w:ascii="Helvetica Neue Light" w:hAnsi="Helvetica Neue Light"/>
        </w:rPr>
        <w:t>______________________________________________________________________________</w:t>
      </w:r>
    </w:p>
    <w:p w14:paraId="1D5E73D1" w14:textId="77777777" w:rsidR="00C72D12" w:rsidRDefault="00C72D12">
      <w:pPr>
        <w:rPr>
          <w:rFonts w:ascii="Helvetica Neue Light" w:hAnsi="Helvetica Neue Light"/>
        </w:rPr>
      </w:pPr>
    </w:p>
    <w:p w14:paraId="226CFBF9" w14:textId="77777777" w:rsidR="00C72D12" w:rsidRPr="00C72D12" w:rsidRDefault="00C72D12" w:rsidP="00C72D12">
      <w:pPr>
        <w:rPr>
          <w:rFonts w:ascii="Helvetica Neue Light" w:hAnsi="Helvetica Neue Light"/>
          <w:lang w:val="en-GB"/>
        </w:rPr>
      </w:pPr>
      <w:r w:rsidRPr="00C72D12">
        <w:rPr>
          <w:rFonts w:ascii="Helvetica Neue Light" w:hAnsi="Helvetica Neue Light"/>
          <w:lang w:val="en-GB"/>
        </w:rPr>
        <w:t>Thank you for your submission. We may need to liaise further with relevant land interests. We will contact you if this becomes necessary.</w:t>
      </w:r>
    </w:p>
    <w:p w14:paraId="745CD782" w14:textId="77777777" w:rsidR="00C72D12" w:rsidRPr="00C72D12" w:rsidRDefault="00C72D12">
      <w:pPr>
        <w:rPr>
          <w:rFonts w:ascii="Helvetica Neue Light" w:hAnsi="Helvetica Neue Light"/>
        </w:rPr>
      </w:pPr>
    </w:p>
    <w:sectPr w:rsidR="00C72D12" w:rsidRPr="00C72D1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modern"/>
    <w:pitch w:val="fixed"/>
    <w:sig w:usb0="E0002AFF" w:usb1="C0007843" w:usb2="00000009" w:usb3="00000000" w:csb0="000001FF" w:csb1="00000000"/>
  </w:font>
  <w:font w:name="Helvetica Neue Light">
    <w:altName w:val="Arial Nova Light"/>
    <w:panose1 w:val="02000403000000020004"/>
    <w:charset w:val="00"/>
    <w:family w:val="auto"/>
    <w:pitch w:val="variable"/>
    <w:sig w:usb0="A00002FF" w:usb1="5000205B" w:usb2="00000002" w:usb3="00000000" w:csb0="00000007"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7146176">
    <w:abstractNumId w:val="8"/>
  </w:num>
  <w:num w:numId="2" w16cid:durableId="873805656">
    <w:abstractNumId w:val="6"/>
  </w:num>
  <w:num w:numId="3" w16cid:durableId="1455294541">
    <w:abstractNumId w:val="5"/>
  </w:num>
  <w:num w:numId="4" w16cid:durableId="722750406">
    <w:abstractNumId w:val="4"/>
  </w:num>
  <w:num w:numId="5" w16cid:durableId="420877453">
    <w:abstractNumId w:val="7"/>
  </w:num>
  <w:num w:numId="6" w16cid:durableId="391199574">
    <w:abstractNumId w:val="3"/>
  </w:num>
  <w:num w:numId="7" w16cid:durableId="1391076447">
    <w:abstractNumId w:val="2"/>
  </w:num>
  <w:num w:numId="8" w16cid:durableId="1590196740">
    <w:abstractNumId w:val="1"/>
  </w:num>
  <w:num w:numId="9" w16cid:durableId="167407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30B8"/>
    <w:rsid w:val="00326F90"/>
    <w:rsid w:val="003A564A"/>
    <w:rsid w:val="003F4CE0"/>
    <w:rsid w:val="00AA1D8D"/>
    <w:rsid w:val="00B47730"/>
    <w:rsid w:val="00BC7F5E"/>
    <w:rsid w:val="00C72D1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2BB9C8"/>
  <w14:defaultImageDpi w14:val="300"/>
  <w15:docId w15:val="{3F2C239F-CA49-6A47-97D6-3C627B2E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Leani Haim</cp:lastModifiedBy>
  <cp:revision>3</cp:revision>
  <dcterms:created xsi:type="dcterms:W3CDTF">2026-07-23T09:42:00Z</dcterms:created>
  <dcterms:modified xsi:type="dcterms:W3CDTF">2026-07-23T09:44:00Z</dcterms:modified>
  <cp:category/>
</cp:coreProperties>
</file>